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C9" w:rsidRPr="005832B7" w:rsidRDefault="004C5C6E">
      <w:pPr>
        <w:pStyle w:val="Titolo1"/>
        <w:jc w:val="center"/>
        <w:rPr>
          <w:lang w:val="it-IT"/>
        </w:rPr>
      </w:pPr>
      <w:r w:rsidRPr="005832B7">
        <w:rPr>
          <w:lang w:val="it-IT"/>
        </w:rPr>
        <w:t>DOCUMENTO UNICO SUAP</w:t>
      </w:r>
    </w:p>
    <w:p w:rsidR="009D0DC9" w:rsidRPr="005832B7" w:rsidRDefault="004C5C6E">
      <w:pPr>
        <w:pStyle w:val="Titolo2"/>
        <w:jc w:val="center"/>
        <w:rPr>
          <w:lang w:val="it-IT"/>
        </w:rPr>
      </w:pPr>
      <w:r w:rsidRPr="005832B7">
        <w:rPr>
          <w:lang w:val="it-IT"/>
        </w:rPr>
        <w:t xml:space="preserve">ISTANZA LICENZA </w:t>
      </w:r>
      <w:proofErr w:type="spellStart"/>
      <w:r w:rsidRPr="005832B7">
        <w:rPr>
          <w:lang w:val="it-IT"/>
        </w:rPr>
        <w:t>DI</w:t>
      </w:r>
      <w:proofErr w:type="spellEnd"/>
      <w:r w:rsidRPr="005832B7">
        <w:rPr>
          <w:lang w:val="it-IT"/>
        </w:rPr>
        <w:t xml:space="preserve"> PUBBLICO SPETTACOLO (Artt. 68-69 e 80 </w:t>
      </w:r>
      <w:proofErr w:type="spellStart"/>
      <w:r w:rsidRPr="005832B7">
        <w:rPr>
          <w:lang w:val="it-IT"/>
        </w:rPr>
        <w:t>T.U.L.P.S.</w:t>
      </w:r>
      <w:proofErr w:type="spellEnd"/>
      <w:r w:rsidRPr="005832B7">
        <w:rPr>
          <w:lang w:val="it-IT"/>
        </w:rPr>
        <w:t>)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Comune di ______________________________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t>Sportello Unico per le Attività Produttive (SUAP)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1. DATI GENERALI DELL’EVENTO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Denominazione evento: ______________________________</w:t>
      </w:r>
      <w:r w:rsidRPr="005832B7">
        <w:rPr>
          <w:lang w:val="it-IT"/>
        </w:rPr>
        <w:br/>
        <w:t>Tipologia: ________________________________________</w:t>
      </w:r>
      <w:r w:rsidRPr="005832B7">
        <w:rPr>
          <w:lang w:val="it-IT"/>
        </w:rPr>
        <w:br/>
        <w:t>Luogo di svolgimento: ______________________________</w:t>
      </w:r>
      <w:r w:rsidRPr="005832B7">
        <w:rPr>
          <w:lang w:val="it-IT"/>
        </w:rPr>
        <w:br/>
        <w:t>Area: □ Pubblica   □ Privata</w:t>
      </w:r>
      <w:r w:rsidRPr="005832B7">
        <w:rPr>
          <w:lang w:val="it-IT"/>
        </w:rPr>
        <w:br/>
        <w:t>Date e orari: ______________________________________</w:t>
      </w:r>
      <w:r w:rsidRPr="005832B7">
        <w:rPr>
          <w:lang w:val="it-IT"/>
        </w:rPr>
        <w:br/>
        <w:t>Numero massimo partecipanti previsti: _______________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2. DATI SOGGETTO ORGANIZZATORE</w:t>
      </w:r>
    </w:p>
    <w:p w:rsidR="005832B7" w:rsidRPr="005832B7" w:rsidRDefault="004C5C6E">
      <w:pPr>
        <w:rPr>
          <w:lang w:val="it-IT"/>
        </w:rPr>
      </w:pPr>
      <w:r w:rsidRPr="005832B7">
        <w:rPr>
          <w:lang w:val="it-IT"/>
        </w:rPr>
        <w:br/>
        <w:t>Ragione sociale: ______________________________</w:t>
      </w:r>
      <w:r w:rsidRPr="005832B7">
        <w:rPr>
          <w:lang w:val="it-IT"/>
        </w:rPr>
        <w:br/>
        <w:t>Sede legale: ______________________________</w:t>
      </w:r>
      <w:r w:rsidRPr="005832B7">
        <w:rPr>
          <w:lang w:val="it-IT"/>
        </w:rPr>
        <w:br/>
        <w:t xml:space="preserve">CF / </w:t>
      </w:r>
      <w:proofErr w:type="spellStart"/>
      <w:r w:rsidRPr="005832B7">
        <w:rPr>
          <w:lang w:val="it-IT"/>
        </w:rPr>
        <w:t>P.IVA</w:t>
      </w:r>
      <w:proofErr w:type="spellEnd"/>
      <w:r w:rsidRPr="005832B7">
        <w:rPr>
          <w:lang w:val="it-IT"/>
        </w:rPr>
        <w:t>: ______________________________</w:t>
      </w:r>
      <w:r w:rsidRPr="005832B7">
        <w:rPr>
          <w:lang w:val="it-IT"/>
        </w:rPr>
        <w:br/>
        <w:t>Legale rappresentante: ______________________________</w:t>
      </w:r>
      <w:r w:rsidRPr="005832B7">
        <w:rPr>
          <w:lang w:val="it-IT"/>
        </w:rPr>
        <w:br/>
        <w:t>PEC: ______________________________</w:t>
      </w:r>
      <w:r w:rsidRPr="005832B7">
        <w:rPr>
          <w:lang w:val="it-IT"/>
        </w:rPr>
        <w:br/>
      </w:r>
      <w:r w:rsidRPr="005832B7">
        <w:rPr>
          <w:lang w:val="it-IT"/>
        </w:rPr>
        <w:br/>
        <w:t>Documenti allegati:</w:t>
      </w:r>
    </w:p>
    <w:p w:rsidR="009D0DC9" w:rsidRPr="005832B7" w:rsidRDefault="005832B7">
      <w:pPr>
        <w:rPr>
          <w:lang w:val="it-IT"/>
        </w:rPr>
      </w:pPr>
      <w:r w:rsidRPr="005832B7">
        <w:rPr>
          <w:rFonts w:ascii="Times New Roman" w:hAnsi="Times New Roman" w:cs="Times New Roman"/>
          <w:lang w:val="it-IT"/>
        </w:rPr>
        <w:t>□</w:t>
      </w:r>
      <w:r>
        <w:rPr>
          <w:rFonts w:ascii="Times New Roman" w:hAnsi="Times New Roman" w:cs="Times New Roman"/>
          <w:lang w:val="it-IT"/>
        </w:rPr>
        <w:t xml:space="preserve"> 2 marche da bollo €.16,00;</w:t>
      </w:r>
      <w:r w:rsidR="004C5C6E" w:rsidRPr="005832B7">
        <w:rPr>
          <w:lang w:val="it-IT"/>
        </w:rPr>
        <w:br/>
        <w:t>□ Documento identità</w:t>
      </w:r>
      <w:r w:rsidR="004C5C6E" w:rsidRPr="005832B7">
        <w:rPr>
          <w:lang w:val="it-IT"/>
        </w:rPr>
        <w:br/>
        <w:t>□ Visura camerale aggiornata</w:t>
      </w:r>
      <w:r w:rsidR="004C5C6E" w:rsidRPr="005832B7">
        <w:rPr>
          <w:lang w:val="it-IT"/>
        </w:rPr>
        <w:br/>
        <w:t>□ Atto costitutivo / Statuto (se associazione)</w:t>
      </w:r>
      <w:r w:rsidR="004C5C6E" w:rsidRPr="005832B7">
        <w:rPr>
          <w:lang w:val="it-IT"/>
        </w:rPr>
        <w:br/>
        <w:t>□ DURC valido</w:t>
      </w:r>
      <w:r w:rsidR="004C5C6E" w:rsidRPr="005832B7">
        <w:rPr>
          <w:lang w:val="it-IT"/>
        </w:rPr>
        <w:br/>
        <w:t>□ Titolo disponibilità area</w:t>
      </w:r>
      <w:r w:rsidR="004C5C6E" w:rsidRPr="005832B7">
        <w:rPr>
          <w:lang w:val="it-IT"/>
        </w:rPr>
        <w:br/>
        <w:t>□ Polizza RCT organizzatore</w:t>
      </w:r>
      <w:r w:rsidR="004C5C6E"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3. RELAZIONE TECNICA DESCRITTIVA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Allegare relazione tecnica contenente:</w:t>
      </w:r>
      <w:r w:rsidRPr="005832B7">
        <w:rPr>
          <w:lang w:val="it-IT"/>
        </w:rPr>
        <w:br/>
      </w:r>
      <w:r w:rsidRPr="005832B7">
        <w:rPr>
          <w:lang w:val="it-IT"/>
        </w:rPr>
        <w:lastRenderedPageBreak/>
        <w:t>- Descrizione evento e programma</w:t>
      </w:r>
      <w:r w:rsidRPr="005832B7">
        <w:rPr>
          <w:lang w:val="it-IT"/>
        </w:rPr>
        <w:br/>
        <w:t>- Stima affollamento</w:t>
      </w:r>
      <w:r w:rsidRPr="005832B7">
        <w:rPr>
          <w:lang w:val="it-IT"/>
        </w:rPr>
        <w:br/>
        <w:t>- Planimetria generale con vie di esodo</w:t>
      </w:r>
      <w:r w:rsidRPr="005832B7">
        <w:rPr>
          <w:lang w:val="it-IT"/>
        </w:rPr>
        <w:br/>
        <w:t>- Accessi mezzi di soccorso</w:t>
      </w:r>
      <w:r w:rsidRPr="005832B7">
        <w:rPr>
          <w:lang w:val="it-IT"/>
        </w:rPr>
        <w:br/>
        <w:t>- Analisi dei rischi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4. STRUTTURE TEMPORANEE</w:t>
      </w:r>
    </w:p>
    <w:p w:rsidR="009D75C9" w:rsidRDefault="004C5C6E" w:rsidP="009D75C9">
      <w:pPr>
        <w:spacing w:after="0"/>
        <w:rPr>
          <w:lang w:val="it-IT"/>
        </w:rPr>
      </w:pPr>
      <w:r w:rsidRPr="005832B7">
        <w:rPr>
          <w:lang w:val="it-IT"/>
        </w:rPr>
        <w:br/>
        <w:t xml:space="preserve">Se </w:t>
      </w:r>
      <w:r w:rsidR="009D75C9" w:rsidRPr="005832B7">
        <w:rPr>
          <w:lang w:val="it-IT"/>
        </w:rPr>
        <w:t>Presenti Palchi, Tribune, Tensostrutture:</w:t>
      </w:r>
      <w:r w:rsidR="009D75C9" w:rsidRPr="005832B7">
        <w:rPr>
          <w:lang w:val="it-IT"/>
        </w:rPr>
        <w:br/>
        <w:t xml:space="preserve">□ </w:t>
      </w:r>
      <w:r w:rsidRPr="005832B7">
        <w:rPr>
          <w:lang w:val="it-IT"/>
        </w:rPr>
        <w:t xml:space="preserve">Progetto </w:t>
      </w:r>
      <w:r w:rsidR="009D75C9" w:rsidRPr="005832B7">
        <w:rPr>
          <w:lang w:val="it-IT"/>
        </w:rPr>
        <w:t>Strutturale Firmato Da Tecnico Abilitato</w:t>
      </w:r>
      <w:r w:rsidR="009D75C9" w:rsidRPr="005832B7">
        <w:rPr>
          <w:lang w:val="it-IT"/>
        </w:rPr>
        <w:br/>
        <w:t xml:space="preserve">□ </w:t>
      </w:r>
      <w:r w:rsidRPr="005832B7">
        <w:rPr>
          <w:lang w:val="it-IT"/>
        </w:rPr>
        <w:t xml:space="preserve">Relazione </w:t>
      </w:r>
      <w:r w:rsidR="009D75C9" w:rsidRPr="005832B7">
        <w:rPr>
          <w:lang w:val="it-IT"/>
        </w:rPr>
        <w:t>Calcolo Strutturale (</w:t>
      </w:r>
      <w:r w:rsidRPr="005832B7">
        <w:rPr>
          <w:lang w:val="it-IT"/>
        </w:rPr>
        <w:t xml:space="preserve">NTC </w:t>
      </w:r>
      <w:r w:rsidR="009D75C9" w:rsidRPr="005832B7">
        <w:rPr>
          <w:lang w:val="it-IT"/>
        </w:rPr>
        <w:t>2018)</w:t>
      </w:r>
      <w:r w:rsidR="009D75C9" w:rsidRPr="005832B7">
        <w:rPr>
          <w:lang w:val="it-IT"/>
        </w:rPr>
        <w:br/>
        <w:t xml:space="preserve">□ </w:t>
      </w:r>
      <w:r w:rsidRPr="005832B7">
        <w:rPr>
          <w:lang w:val="it-IT"/>
        </w:rPr>
        <w:t xml:space="preserve">Collaudo </w:t>
      </w:r>
      <w:r w:rsidR="009D75C9" w:rsidRPr="005832B7">
        <w:rPr>
          <w:lang w:val="it-IT"/>
        </w:rPr>
        <w:t>Statico</w:t>
      </w:r>
      <w:r w:rsidR="009D75C9" w:rsidRPr="005832B7">
        <w:rPr>
          <w:lang w:val="it-IT"/>
        </w:rPr>
        <w:br/>
        <w:t xml:space="preserve">□ </w:t>
      </w:r>
      <w:r w:rsidRPr="005832B7">
        <w:rPr>
          <w:lang w:val="it-IT"/>
        </w:rPr>
        <w:t xml:space="preserve">Dichiarazione </w:t>
      </w:r>
      <w:r w:rsidR="009D75C9" w:rsidRPr="005832B7">
        <w:rPr>
          <w:lang w:val="it-IT"/>
        </w:rPr>
        <w:t>Corretta Installazione</w:t>
      </w:r>
      <w:r w:rsidR="009D75C9" w:rsidRPr="005832B7">
        <w:rPr>
          <w:lang w:val="it-IT"/>
        </w:rPr>
        <w:br/>
        <w:t xml:space="preserve">□ </w:t>
      </w:r>
      <w:r w:rsidRPr="005832B7">
        <w:rPr>
          <w:lang w:val="it-IT"/>
        </w:rPr>
        <w:t xml:space="preserve">Piano </w:t>
      </w:r>
      <w:r w:rsidR="009D75C9" w:rsidRPr="005832B7">
        <w:rPr>
          <w:lang w:val="it-IT"/>
        </w:rPr>
        <w:t>Montaggio/Smontaggio</w:t>
      </w:r>
    </w:p>
    <w:p w:rsidR="009D0DC9" w:rsidRPr="005832B7" w:rsidRDefault="009D75C9" w:rsidP="009D75C9">
      <w:pPr>
        <w:spacing w:after="0"/>
        <w:rPr>
          <w:lang w:val="it-IT"/>
        </w:rPr>
      </w:pPr>
      <w:r w:rsidRPr="005832B7">
        <w:rPr>
          <w:lang w:val="it-IT"/>
        </w:rPr>
        <w:t xml:space="preserve">□ </w:t>
      </w:r>
      <w:r>
        <w:rPr>
          <w:lang w:val="it-IT"/>
        </w:rPr>
        <w:t>Omologazioni Resistenza al Fuoco di eventuali coperture sceniche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5. IMPIANTI TECNOLOGICI</w:t>
      </w:r>
    </w:p>
    <w:p w:rsidR="009D75C9" w:rsidRDefault="004C5C6E" w:rsidP="009D75C9">
      <w:pPr>
        <w:spacing w:after="0" w:line="240" w:lineRule="auto"/>
        <w:rPr>
          <w:lang w:val="it-IT"/>
        </w:rPr>
      </w:pPr>
      <w:r w:rsidRPr="005832B7">
        <w:rPr>
          <w:lang w:val="it-IT"/>
        </w:rPr>
        <w:br/>
        <w:t>□ Dichiarazione conformità impianto elettrico (DM 37/2008)</w:t>
      </w:r>
      <w:r w:rsidRPr="005832B7">
        <w:rPr>
          <w:lang w:val="it-IT"/>
        </w:rPr>
        <w:br/>
        <w:t>□ Schema quadro elettrico</w:t>
      </w:r>
      <w:r w:rsidRPr="005832B7">
        <w:rPr>
          <w:lang w:val="it-IT"/>
        </w:rPr>
        <w:br/>
        <w:t>□ Impianto messa a terra</w:t>
      </w:r>
      <w:r w:rsidRPr="005832B7">
        <w:rPr>
          <w:lang w:val="it-IT"/>
        </w:rPr>
        <w:br/>
        <w:t>□ Illuminazione emergenza</w:t>
      </w:r>
      <w:r w:rsidRPr="005832B7">
        <w:rPr>
          <w:lang w:val="it-IT"/>
        </w:rPr>
        <w:br/>
        <w:t>□ Presidi antincendio certificati</w:t>
      </w:r>
    </w:p>
    <w:p w:rsidR="009D0DC9" w:rsidRPr="005832B7" w:rsidRDefault="009D75C9" w:rsidP="009D75C9">
      <w:pPr>
        <w:spacing w:after="0" w:line="240" w:lineRule="auto"/>
        <w:rPr>
          <w:lang w:val="it-IT"/>
        </w:rPr>
      </w:pPr>
      <w:r w:rsidRPr="005832B7">
        <w:rPr>
          <w:lang w:val="it-IT"/>
        </w:rPr>
        <w:t xml:space="preserve">□ </w:t>
      </w:r>
      <w:r>
        <w:rPr>
          <w:lang w:val="it-IT"/>
        </w:rPr>
        <w:t>Verbale di verifica impianto di terra</w:t>
      </w:r>
      <w:r w:rsidR="004C5C6E"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6. PIANO SAFETY E SECURITY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□ Piano emergenza ed evacuazione</w:t>
      </w:r>
      <w:r w:rsidRPr="005832B7">
        <w:rPr>
          <w:lang w:val="it-IT"/>
        </w:rPr>
        <w:br/>
        <w:t>□ Calcolo affollamento e gestione flussi</w:t>
      </w:r>
      <w:r w:rsidRPr="005832B7">
        <w:rPr>
          <w:lang w:val="it-IT"/>
        </w:rPr>
        <w:br/>
        <w:t xml:space="preserve">□ </w:t>
      </w:r>
      <w:proofErr w:type="spellStart"/>
      <w:r w:rsidRPr="005832B7">
        <w:rPr>
          <w:lang w:val="it-IT"/>
        </w:rPr>
        <w:t>Transennamenti</w:t>
      </w:r>
      <w:proofErr w:type="spellEnd"/>
      <w:r w:rsidRPr="005832B7">
        <w:rPr>
          <w:lang w:val="it-IT"/>
        </w:rPr>
        <w:t xml:space="preserve"> e controllo accessi</w:t>
      </w:r>
      <w:r w:rsidRPr="005832B7">
        <w:rPr>
          <w:lang w:val="it-IT"/>
        </w:rPr>
        <w:br/>
        <w:t>□ Coordinamento con Forze dell’Ordine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7. PERSONALE ADDETTO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□ Elenco nominativo addetti</w:t>
      </w:r>
      <w:r w:rsidRPr="005832B7">
        <w:rPr>
          <w:lang w:val="it-IT"/>
        </w:rPr>
        <w:br/>
        <w:t xml:space="preserve">□ Attestati sicurezza </w:t>
      </w:r>
      <w:proofErr w:type="spellStart"/>
      <w:r w:rsidRPr="005832B7">
        <w:rPr>
          <w:lang w:val="it-IT"/>
        </w:rPr>
        <w:t>D.Lgs.</w:t>
      </w:r>
      <w:proofErr w:type="spellEnd"/>
      <w:r w:rsidRPr="005832B7">
        <w:rPr>
          <w:lang w:val="it-IT"/>
        </w:rPr>
        <w:t xml:space="preserve"> 81/2008</w:t>
      </w:r>
      <w:r w:rsidRPr="005832B7">
        <w:rPr>
          <w:lang w:val="it-IT"/>
        </w:rPr>
        <w:br/>
        <w:t>□ Attestato antincendio</w:t>
      </w:r>
      <w:r w:rsidRPr="005832B7">
        <w:rPr>
          <w:lang w:val="it-IT"/>
        </w:rPr>
        <w:br/>
        <w:t>□ Attestato primo soccorso / BLSD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lastRenderedPageBreak/>
        <w:t>8. PIANO SANITARIO</w:t>
      </w:r>
    </w:p>
    <w:p w:rsidR="009D75C9" w:rsidRDefault="004C5C6E" w:rsidP="009D75C9">
      <w:pPr>
        <w:spacing w:after="0"/>
        <w:rPr>
          <w:lang w:val="it-IT"/>
        </w:rPr>
      </w:pPr>
      <w:r w:rsidRPr="005832B7">
        <w:rPr>
          <w:lang w:val="it-IT"/>
        </w:rPr>
        <w:br/>
        <w:t>□ Piano sanitario evento</w:t>
      </w:r>
      <w:r w:rsidRPr="005832B7">
        <w:rPr>
          <w:lang w:val="it-IT"/>
        </w:rPr>
        <w:br/>
        <w:t>□ Numero ambulanze previste: ______</w:t>
      </w:r>
      <w:r w:rsidRPr="005832B7">
        <w:rPr>
          <w:lang w:val="it-IT"/>
        </w:rPr>
        <w:br/>
        <w:t>□ Presenza medico/infermiere</w:t>
      </w:r>
      <w:r w:rsidRPr="005832B7">
        <w:rPr>
          <w:lang w:val="it-IT"/>
        </w:rPr>
        <w:br/>
        <w:t>□ Validazione 118 (se prevista)</w:t>
      </w:r>
    </w:p>
    <w:p w:rsidR="009D75C9" w:rsidRDefault="009D75C9" w:rsidP="009D75C9">
      <w:pPr>
        <w:spacing w:after="0"/>
        <w:rPr>
          <w:lang w:val="it-IT"/>
        </w:rPr>
      </w:pPr>
      <w:r w:rsidRPr="005832B7">
        <w:rPr>
          <w:lang w:val="it-IT"/>
        </w:rPr>
        <w:t xml:space="preserve">□ </w:t>
      </w:r>
      <w:r>
        <w:rPr>
          <w:lang w:val="it-IT"/>
        </w:rPr>
        <w:t xml:space="preserve">Convenzione 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>9. AUTORIZZAZIONI COMPLEMENTARI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>□ SIAE</w:t>
      </w:r>
      <w:r w:rsidRPr="005832B7">
        <w:rPr>
          <w:lang w:val="it-IT"/>
        </w:rPr>
        <w:br/>
        <w:t>□ SCIA somministrazione alimenti e bevande</w:t>
      </w:r>
      <w:r w:rsidRPr="005832B7">
        <w:rPr>
          <w:lang w:val="it-IT"/>
        </w:rPr>
        <w:br/>
        <w:t>□ Autorizzazione occupazione suolo pubblico</w:t>
      </w:r>
      <w:r w:rsidRPr="005832B7">
        <w:rPr>
          <w:lang w:val="it-IT"/>
        </w:rPr>
        <w:br/>
        <w:t>□ Ordinanza viabilità</w:t>
      </w:r>
      <w:r w:rsidRPr="005832B7">
        <w:rPr>
          <w:lang w:val="it-IT"/>
        </w:rPr>
        <w:br/>
        <w:t>□ Autorizzazione pirotecnica (se prevista)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t xml:space="preserve">10. RICHIESTA </w:t>
      </w:r>
      <w:proofErr w:type="spellStart"/>
      <w:r w:rsidRPr="005832B7">
        <w:rPr>
          <w:lang w:val="it-IT"/>
        </w:rPr>
        <w:t>DI</w:t>
      </w:r>
      <w:proofErr w:type="spellEnd"/>
      <w:r w:rsidRPr="005832B7">
        <w:rPr>
          <w:lang w:val="it-IT"/>
        </w:rPr>
        <w:t xml:space="preserve"> CONVOCAZIONE COMMISSIONE </w:t>
      </w:r>
      <w:proofErr w:type="spellStart"/>
      <w:r w:rsidRPr="005832B7">
        <w:rPr>
          <w:lang w:val="it-IT"/>
        </w:rPr>
        <w:t>DI</w:t>
      </w:r>
      <w:proofErr w:type="spellEnd"/>
      <w:r w:rsidRPr="005832B7">
        <w:rPr>
          <w:lang w:val="it-IT"/>
        </w:rPr>
        <w:t xml:space="preserve"> VIGILANZA</w:t>
      </w:r>
    </w:p>
    <w:p w:rsidR="009D0DC9" w:rsidRPr="005832B7" w:rsidRDefault="004C5C6E">
      <w:pPr>
        <w:rPr>
          <w:lang w:val="it-IT"/>
        </w:rPr>
      </w:pPr>
      <w:r w:rsidRPr="005832B7">
        <w:rPr>
          <w:lang w:val="it-IT"/>
        </w:rPr>
        <w:br/>
        <w:t xml:space="preserve">□ Si richiede convocazione Commissione Comunale/Provinciale di Vigilanza ai sensi art. 80 </w:t>
      </w:r>
      <w:proofErr w:type="spellStart"/>
      <w:r w:rsidRPr="005832B7">
        <w:rPr>
          <w:lang w:val="it-IT"/>
        </w:rPr>
        <w:t>T.U.L.P.S.</w:t>
      </w:r>
      <w:proofErr w:type="spellEnd"/>
      <w:r w:rsidRPr="005832B7">
        <w:rPr>
          <w:lang w:val="it-IT"/>
        </w:rPr>
        <w:br/>
      </w:r>
      <w:r w:rsidRPr="005832B7">
        <w:rPr>
          <w:lang w:val="it-IT"/>
        </w:rPr>
        <w:br/>
        <w:t>Motivazione:</w:t>
      </w:r>
      <w:r w:rsidRPr="005832B7">
        <w:rPr>
          <w:lang w:val="it-IT"/>
        </w:rPr>
        <w:br/>
        <w:t>□ Evento con oltre 200 persone</w:t>
      </w:r>
      <w:r w:rsidRPr="005832B7">
        <w:rPr>
          <w:lang w:val="it-IT"/>
        </w:rPr>
        <w:br/>
        <w:t>□ Installazione strutture temporanee rilevanti</w:t>
      </w:r>
      <w:r w:rsidRPr="005832B7">
        <w:rPr>
          <w:lang w:val="it-IT"/>
        </w:rPr>
        <w:br/>
        <w:t>□ Area non ordinariamente destinata a pubblico spettacolo</w:t>
      </w:r>
      <w:r w:rsidRPr="005832B7">
        <w:rPr>
          <w:lang w:val="it-IT"/>
        </w:rPr>
        <w:br/>
        <w:t>□ Richiesta parere preliminare progetto</w:t>
      </w:r>
      <w:r w:rsidRPr="005832B7">
        <w:rPr>
          <w:lang w:val="it-IT"/>
        </w:rPr>
        <w:br/>
        <w:t>□ Sopralluogo ai fini agibilità</w:t>
      </w:r>
      <w:r w:rsidRPr="005832B7">
        <w:rPr>
          <w:lang w:val="it-IT"/>
        </w:rPr>
        <w:br/>
      </w:r>
      <w:r w:rsidRPr="005832B7">
        <w:rPr>
          <w:lang w:val="it-IT"/>
        </w:rPr>
        <w:br/>
        <w:t>Documentazione allegata per Commissione:</w:t>
      </w:r>
      <w:r w:rsidRPr="005832B7">
        <w:rPr>
          <w:lang w:val="it-IT"/>
        </w:rPr>
        <w:br/>
        <w:t>□ Relazione tecnica asseverata</w:t>
      </w:r>
      <w:r w:rsidRPr="005832B7">
        <w:rPr>
          <w:lang w:val="it-IT"/>
        </w:rPr>
        <w:br/>
        <w:t>□ Elaborati grafici in scala</w:t>
      </w:r>
      <w:r w:rsidRPr="005832B7">
        <w:rPr>
          <w:lang w:val="it-IT"/>
        </w:rPr>
        <w:br/>
        <w:t>□ Calcolo affollamento e vie di esodo</w:t>
      </w:r>
      <w:r w:rsidRPr="005832B7">
        <w:rPr>
          <w:lang w:val="it-IT"/>
        </w:rPr>
        <w:br/>
        <w:t>□ Relazione strutturale</w:t>
      </w:r>
      <w:r w:rsidRPr="005832B7">
        <w:rPr>
          <w:lang w:val="it-IT"/>
        </w:rPr>
        <w:br/>
        <w:t>□ Certificazioni impianti</w:t>
      </w:r>
      <w:r w:rsidRPr="005832B7">
        <w:rPr>
          <w:lang w:val="it-IT"/>
        </w:rPr>
        <w:br/>
        <w:t xml:space="preserve">□ Piano </w:t>
      </w:r>
      <w:proofErr w:type="spellStart"/>
      <w:r w:rsidRPr="005832B7">
        <w:rPr>
          <w:lang w:val="it-IT"/>
        </w:rPr>
        <w:t>Safety</w:t>
      </w:r>
      <w:proofErr w:type="spellEnd"/>
      <w:r w:rsidRPr="005832B7">
        <w:rPr>
          <w:lang w:val="it-IT"/>
        </w:rPr>
        <w:t xml:space="preserve"> &amp; Security</w:t>
      </w:r>
      <w:r w:rsidRPr="005832B7">
        <w:rPr>
          <w:lang w:val="it-IT"/>
        </w:rPr>
        <w:br/>
        <w:t>□ Piano sanitario</w:t>
      </w:r>
      <w:r w:rsidRPr="005832B7">
        <w:rPr>
          <w:lang w:val="it-IT"/>
        </w:rPr>
        <w:br/>
        <w:t>□ Valutazione impatto acustico</w:t>
      </w:r>
      <w:r w:rsidRPr="005832B7">
        <w:rPr>
          <w:lang w:val="it-IT"/>
        </w:rPr>
        <w:br/>
      </w:r>
    </w:p>
    <w:p w:rsidR="009D0DC9" w:rsidRPr="005832B7" w:rsidRDefault="004C5C6E">
      <w:pPr>
        <w:pStyle w:val="Titolo2"/>
        <w:rPr>
          <w:lang w:val="it-IT"/>
        </w:rPr>
      </w:pPr>
      <w:r w:rsidRPr="005832B7">
        <w:rPr>
          <w:lang w:val="it-IT"/>
        </w:rPr>
        <w:lastRenderedPageBreak/>
        <w:t>11. DICHIARAZIONE FINALE</w:t>
      </w:r>
    </w:p>
    <w:p w:rsidR="009D0DC9" w:rsidRDefault="004C5C6E" w:rsidP="009D75C9">
      <w:pPr>
        <w:jc w:val="both"/>
      </w:pPr>
      <w:r w:rsidRPr="005832B7">
        <w:rPr>
          <w:lang w:val="it-IT"/>
        </w:rPr>
        <w:br/>
        <w:t>Il sottoscritto dichiara che la documentazione allegata è conforme alla normativa vigente in materia di sicurezza, prevenzione incendi, tutela sanitaria e pubblica incolumità.</w:t>
      </w:r>
      <w:r w:rsidRPr="005832B7">
        <w:rPr>
          <w:lang w:val="it-IT"/>
        </w:rPr>
        <w:br/>
        <w:t>Si impegna altresì a rispettare eventuali prescrizioni impartite dagli organi competenti.</w:t>
      </w:r>
      <w:r w:rsidRPr="005832B7">
        <w:rPr>
          <w:lang w:val="it-IT"/>
        </w:rPr>
        <w:br/>
      </w:r>
      <w:r w:rsidRPr="005832B7">
        <w:rPr>
          <w:lang w:val="it-IT"/>
        </w:rPr>
        <w:br/>
      </w:r>
      <w:r>
        <w:t>Data ____________________</w:t>
      </w:r>
      <w:r>
        <w:br/>
      </w:r>
      <w:r>
        <w:br/>
        <w:t>Firma del Legale Rappresentante ______________________________</w:t>
      </w:r>
      <w:r>
        <w:br/>
      </w:r>
    </w:p>
    <w:p w:rsidR="00983FF0" w:rsidRDefault="00983FF0" w:rsidP="009D75C9">
      <w:pPr>
        <w:jc w:val="both"/>
      </w:pPr>
    </w:p>
    <w:p w:rsidR="00983FF0" w:rsidRDefault="00983FF0" w:rsidP="009D75C9">
      <w:pPr>
        <w:jc w:val="both"/>
      </w:pPr>
    </w:p>
    <w:p w:rsidR="00983FF0" w:rsidRDefault="00983FF0" w:rsidP="009D75C9">
      <w:pPr>
        <w:jc w:val="both"/>
      </w:pPr>
      <w:r>
        <w:t xml:space="preserve">N.B. per </w:t>
      </w:r>
      <w:proofErr w:type="spellStart"/>
      <w:r>
        <w:t>quanto</w:t>
      </w:r>
      <w:proofErr w:type="spellEnd"/>
      <w:r>
        <w:t xml:space="preserve"> non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modulo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rimanda</w:t>
      </w:r>
      <w:proofErr w:type="spellEnd"/>
      <w:r>
        <w:t xml:space="preserve"> ala </w:t>
      </w:r>
      <w:proofErr w:type="spellStart"/>
      <w:r>
        <w:t>Vademecum</w:t>
      </w:r>
      <w:proofErr w:type="spellEnd"/>
      <w:r>
        <w:t xml:space="preserve"> </w:t>
      </w:r>
      <w:proofErr w:type="spellStart"/>
      <w:r>
        <w:t>Ministeriale</w:t>
      </w:r>
      <w:proofErr w:type="spellEnd"/>
      <w:r>
        <w:t xml:space="preserve"> </w:t>
      </w:r>
      <w:proofErr w:type="spellStart"/>
      <w:r>
        <w:t>allegato</w:t>
      </w:r>
      <w:proofErr w:type="spellEnd"/>
    </w:p>
    <w:sectPr w:rsidR="00983F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15074B"/>
    <w:rsid w:val="001A61E2"/>
    <w:rsid w:val="0029639D"/>
    <w:rsid w:val="00326F90"/>
    <w:rsid w:val="004C5C6E"/>
    <w:rsid w:val="005832B7"/>
    <w:rsid w:val="00724A8F"/>
    <w:rsid w:val="00983FF0"/>
    <w:rsid w:val="009D0DC9"/>
    <w:rsid w:val="009D75C9"/>
    <w:rsid w:val="00AA1D8D"/>
    <w:rsid w:val="00B47730"/>
    <w:rsid w:val="00CB0664"/>
    <w:rsid w:val="00F876EE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EBB2A8-9883-4B98-B028-8C179875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3553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MAURIZIO</cp:lastModifiedBy>
  <cp:revision>3</cp:revision>
  <cp:lastPrinted>2026-02-16T12:02:00Z</cp:lastPrinted>
  <dcterms:created xsi:type="dcterms:W3CDTF">2026-07-28T07:45:00Z</dcterms:created>
  <dcterms:modified xsi:type="dcterms:W3CDTF">2026-07-28T10:59:00Z</dcterms:modified>
</cp:coreProperties>
</file>