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B8" w:rsidRPr="002007B8" w:rsidRDefault="002007B8" w:rsidP="002007B8">
      <w:pPr>
        <w:jc w:val="right"/>
        <w:rPr>
          <w:rFonts w:cs="Times New Roman"/>
          <w:sz w:val="24"/>
          <w:szCs w:val="24"/>
        </w:rPr>
      </w:pPr>
      <w:r w:rsidRPr="002007B8">
        <w:rPr>
          <w:rFonts w:cs="Times New Roman"/>
          <w:sz w:val="24"/>
          <w:szCs w:val="24"/>
        </w:rPr>
        <w:t xml:space="preserve">Al </w:t>
      </w:r>
      <w:proofErr w:type="spellStart"/>
      <w:r w:rsidRPr="002007B8">
        <w:rPr>
          <w:rFonts w:cs="Times New Roman"/>
          <w:sz w:val="24"/>
          <w:szCs w:val="24"/>
        </w:rPr>
        <w:t>Comune</w:t>
      </w:r>
      <w:proofErr w:type="spellEnd"/>
      <w:r w:rsidRPr="002007B8">
        <w:rPr>
          <w:rFonts w:cs="Times New Roman"/>
          <w:sz w:val="24"/>
          <w:szCs w:val="24"/>
        </w:rPr>
        <w:t xml:space="preserve"> </w:t>
      </w:r>
      <w:proofErr w:type="spellStart"/>
      <w:r w:rsidRPr="002007B8">
        <w:rPr>
          <w:rFonts w:cs="Times New Roman"/>
          <w:sz w:val="24"/>
          <w:szCs w:val="24"/>
        </w:rPr>
        <w:t>di</w:t>
      </w:r>
      <w:proofErr w:type="spellEnd"/>
      <w:r w:rsidRPr="002007B8">
        <w:rPr>
          <w:rFonts w:cs="Times New Roman"/>
          <w:sz w:val="24"/>
          <w:szCs w:val="24"/>
        </w:rPr>
        <w:t xml:space="preserve"> </w:t>
      </w:r>
      <w:proofErr w:type="spellStart"/>
      <w:r w:rsidRPr="002007B8">
        <w:rPr>
          <w:rFonts w:cs="Times New Roman"/>
          <w:sz w:val="24"/>
          <w:szCs w:val="24"/>
        </w:rPr>
        <w:t>Castelvetrano</w:t>
      </w:r>
      <w:proofErr w:type="spellEnd"/>
      <w:r w:rsidRPr="002007B8">
        <w:rPr>
          <w:rFonts w:cs="Times New Roman"/>
          <w:sz w:val="24"/>
          <w:szCs w:val="24"/>
        </w:rPr>
        <w:br/>
        <w:t>VI Direzione</w:t>
      </w:r>
      <w:r w:rsidRPr="002007B8">
        <w:rPr>
          <w:rFonts w:cs="Times New Roman"/>
          <w:sz w:val="24"/>
          <w:szCs w:val="24"/>
        </w:rPr>
        <w:br/>
        <w:t>PEC: protocollo@pec.comune.castelvetrano.tp.it</w:t>
      </w:r>
    </w:p>
    <w:p w:rsidR="00D72F65" w:rsidRPr="002007B8" w:rsidRDefault="00D72F65">
      <w:pPr>
        <w:jc w:val="center"/>
        <w:rPr>
          <w:rFonts w:cs="Times New Roman"/>
        </w:rPr>
      </w:pPr>
    </w:p>
    <w:p w:rsidR="00D72F65" w:rsidRPr="002007B8" w:rsidRDefault="00DF450A">
      <w:pPr>
        <w:jc w:val="center"/>
        <w:rPr>
          <w:rFonts w:cs="Times New Roman"/>
        </w:rPr>
      </w:pPr>
      <w:r w:rsidRPr="002007B8">
        <w:rPr>
          <w:rFonts w:cs="Times New Roman"/>
          <w:b/>
        </w:rPr>
        <w:t>DOMANDA</w:t>
      </w:r>
    </w:p>
    <w:p w:rsidR="00D72F65" w:rsidRPr="002007B8" w:rsidRDefault="00DF450A" w:rsidP="002007B8">
      <w:pPr>
        <w:spacing w:after="0"/>
        <w:jc w:val="center"/>
        <w:rPr>
          <w:rFonts w:cs="Times New Roman"/>
        </w:rPr>
      </w:pPr>
      <w:r w:rsidRPr="002007B8">
        <w:rPr>
          <w:rFonts w:cs="Times New Roman"/>
          <w:b/>
        </w:rPr>
        <w:t>MANIFESTAZIONE DI INTERESSE FINALIZZATA ALLA CO-PROGETTAZIONE E CO-ORGANIZZAZIONE DELLA</w:t>
      </w:r>
    </w:p>
    <w:p w:rsidR="00D72F65" w:rsidRPr="002007B8" w:rsidRDefault="00DF450A" w:rsidP="002007B8">
      <w:pPr>
        <w:spacing w:after="0"/>
        <w:jc w:val="center"/>
        <w:rPr>
          <w:rFonts w:cs="Times New Roman"/>
        </w:rPr>
      </w:pPr>
      <w:r w:rsidRPr="002007B8">
        <w:rPr>
          <w:rFonts w:cs="Times New Roman"/>
          <w:b/>
        </w:rPr>
        <w:t>“III SAGRA DEL PANE NERO DI CASTELVETRANO”</w:t>
      </w:r>
    </w:p>
    <w:p w:rsidR="00D72F65" w:rsidRPr="002007B8" w:rsidRDefault="00DF450A" w:rsidP="002007B8">
      <w:pPr>
        <w:spacing w:after="0"/>
        <w:jc w:val="center"/>
        <w:rPr>
          <w:rFonts w:cs="Times New Roman"/>
        </w:rPr>
      </w:pPr>
      <w:r w:rsidRPr="002007B8">
        <w:rPr>
          <w:rFonts w:cs="Times New Roman"/>
          <w:b/>
        </w:rPr>
        <w:t>17 – 18 OTTOBRE 2026</w:t>
      </w:r>
    </w:p>
    <w:p w:rsidR="002007B8" w:rsidRDefault="002007B8">
      <w:pPr>
        <w:rPr>
          <w:rFonts w:cs="Times New Roman"/>
          <w:b/>
        </w:rPr>
      </w:pP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 xml:space="preserve">OGGETTO: </w:t>
      </w:r>
      <w:proofErr w:type="spellStart"/>
      <w:r w:rsidRPr="002007B8">
        <w:rPr>
          <w:rFonts w:cs="Times New Roman"/>
          <w:b/>
        </w:rPr>
        <w:t>Manifestazione</w:t>
      </w:r>
      <w:proofErr w:type="spellEnd"/>
      <w:r w:rsidRPr="002007B8">
        <w:rPr>
          <w:rFonts w:cs="Times New Roman"/>
          <w:b/>
        </w:rPr>
        <w:t xml:space="preserve"> </w:t>
      </w:r>
      <w:proofErr w:type="spellStart"/>
      <w:r w:rsidRPr="002007B8">
        <w:rPr>
          <w:rFonts w:cs="Times New Roman"/>
          <w:b/>
        </w:rPr>
        <w:t>di</w:t>
      </w:r>
      <w:proofErr w:type="spellEnd"/>
      <w:r w:rsidRPr="002007B8">
        <w:rPr>
          <w:rFonts w:cs="Times New Roman"/>
          <w:b/>
        </w:rPr>
        <w:t xml:space="preserve"> </w:t>
      </w:r>
      <w:proofErr w:type="spellStart"/>
      <w:r w:rsidRPr="002007B8">
        <w:rPr>
          <w:rFonts w:cs="Times New Roman"/>
          <w:b/>
        </w:rPr>
        <w:t>interesse</w:t>
      </w:r>
      <w:proofErr w:type="spellEnd"/>
      <w:r w:rsidRPr="002007B8">
        <w:rPr>
          <w:rFonts w:cs="Times New Roman"/>
          <w:b/>
        </w:rPr>
        <w:t xml:space="preserve"> </w:t>
      </w:r>
      <w:proofErr w:type="spellStart"/>
      <w:r w:rsidRPr="002007B8">
        <w:rPr>
          <w:rFonts w:cs="Times New Roman"/>
          <w:b/>
        </w:rPr>
        <w:t>finalizzata</w:t>
      </w:r>
      <w:proofErr w:type="spellEnd"/>
      <w:r w:rsidRPr="002007B8">
        <w:rPr>
          <w:rFonts w:cs="Times New Roman"/>
          <w:b/>
        </w:rPr>
        <w:t xml:space="preserve"> alla co-progettazione e co-organizzazione della “III Sagra del Pane Nero di Castelvetrano” – 17 e 18 ottobre 2026.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Il/La sottoscritto/a 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nato/a a ______________________________ il 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residente in __________________________ Via/Piazza __________________ n. 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Codice Fiscale 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in qualità di legale rappresentante dell’Ente/Associazione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__________________________________________________________________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con sede legale in 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Via/Piazza _____________________________________________ n. 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Codice Fiscale ______________________ P. IVA 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telefono __________________ e-mail 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PEC _____________________________________________________________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iscritto/a al Registro Unico Nazionale del Terzo Settore (RUNTS)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SI    Sezione __________________ Repertorio 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Data di iscrizione 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CHIEDE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di partecipare alla procedura di manifestazione di interesse finalizzata all’individuazione di Enti del Terzo Settore disponibili a partecipare al percorso di co-progettazione e co-organizzazione della “III Sagra del Pane Nero di Castelvetrano”, prevista nei giorni 17 e 18 ottobre 2026.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lastRenderedPageBreak/>
        <w:t>A tal fine, ai sensi degli artt. 46 e 47 del D.P.R. 28 dicembre 2000, n. 445, consapevole delle responsabilità penali previste dall’art. 76 del medesimo decreto per dichiarazioni mendaci e falsità negli atti,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DICHIARA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essere in possesso dei requisiti previsti dall’Avviso pubblico;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che l’Ente è regolarmente costituito e opera senza scopo di lucro;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che l’Ente è iscritto al Registro Unico Nazionale del Terzo Settore (RUNTS), secondo quanto previsto dall’Avviso;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che le finalità statutarie dell’Ente risultano coerenti con le attività oggetto della manifestazione;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possedere adeguata capacità organizzativa ed esperienza nella realizzazione di attività culturali, turistiche, enogastronomiche, ricreative, artistiche o di promozione territoriale;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aver preso integrale conoscenza dell’Avviso pubblico e di accettarne tutte le condizioni;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essere disponibile a partecipare al percorso di co-progettazione e alla successiva co-organizzazione della manifestazione;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impegnarsi a collaborare con l’Amministrazione Comunale secondo le modalità definite nell’Avviso e nel successivo accordo di collaborazione;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essere consapevole che la partecipazione alla presente procedura non comporta l’attribuzione automatica di contributi o corrispettivi economici da parte del Comune;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impegnarsi alla corretta gestione e rendicontazione delle eventuali risorse, contributi, liberalità e sponsorizzazioni acquisite per la realizzazione delle attività;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di garantire il rispetto della normativa vigente e degli adempimenti eventualmente necessari per le attività direttamente organizzate.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1. PRESENTAZIONE DEL SOGGETTO PROPONENTE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Denominazione dell’Ente: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</w:r>
      <w:r w:rsidRPr="002007B8">
        <w:rPr>
          <w:rFonts w:cs="Times New Roman"/>
        </w:rPr>
        <w:br/>
        <w:t>Descrizione sintetica delle attività svolte: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</w:r>
      <w:r w:rsidRPr="002007B8">
        <w:rPr>
          <w:rFonts w:cs="Times New Roman"/>
        </w:rPr>
        <w:br/>
        <w:t>Esperienze maturate: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2. PROPOSTA DI COLLABORAZIONE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lastRenderedPageBreak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3. VICOLI DELL’ARTE E DELL’ARTIGIANATO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Descrizione della proposta relativa alle vie Militello, Bassi e Geraci: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Numero presunto di artisti e artigiani coinvolti: ______________________</w:t>
      </w:r>
      <w:r w:rsidRPr="002007B8">
        <w:rPr>
          <w:rFonts w:cs="Times New Roman"/>
        </w:rPr>
        <w:br/>
        <w:t>Modalità di allestimento e valorizzazione: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4. AREA DELLA COMUNITÀ DELL’OLIO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Descrizione della proposta: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5. ATTIVITÀ CULTURALI, ARTISTICHE E DI ANIMAZIONE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Descrivere le attività proposte lungo Via Vittorio Emanuele e nel Sistema delle Piazze: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6. ATTIVITÀ MIGLIORATIVE E INTEGRATIVE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7. CAPACITÀ DI COINVOLGIMENTO DEL TERRITORIO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8. EVENTUALI RISORSE ESTERNE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contributi  ☐ liberalità  ☐ sponsorizzazioni economiche  ☐ sponsorizzazioni tecniche</w:t>
      </w:r>
      <w:r w:rsidRPr="002007B8">
        <w:rPr>
          <w:rFonts w:cs="Times New Roman"/>
        </w:rPr>
        <w:br/>
        <w:t>☐ forniture  ☐ prestazioni di servizi  ☐ altre forme di sostegno</w:t>
      </w:r>
      <w:r w:rsidRPr="002007B8">
        <w:rPr>
          <w:rFonts w:cs="Times New Roman"/>
        </w:rPr>
        <w:br/>
        <w:t>Descrizione:</w:t>
      </w:r>
      <w:r w:rsidRPr="002007B8">
        <w:rPr>
          <w:rFonts w:cs="Times New Roman"/>
        </w:rPr>
        <w:br/>
        <w:t>____________________________________________________________</w:t>
      </w:r>
      <w:r w:rsidRPr="002007B8">
        <w:rPr>
          <w:rFonts w:cs="Times New Roman"/>
        </w:rPr>
        <w:br/>
        <w:t>____________________________________________________________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9. ELENCO DELLA DOCUMENTAZIONE ALLEGATA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copia del documento di identità del legale rappresentante;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copia dell’atto costitutivo;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copia dello statuto vigente;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documentazione attestante l’iscrizione al RUNTS;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lastRenderedPageBreak/>
        <w:t>☐ curriculum dell’Ente e delle principali attività svolte;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proposta progettuale di collaborazione;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eventuale documentazione relativa alle esperienze maturate;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☐ eventuale ulteriore documentazione utile alla valutazione della proposta.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Il sottoscritto dichiara che tutte le informazioni contenute nella presente domanda e nella documentazione allegata corrispondono al vero.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Luogo e data 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Il Legale Rappresentante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Firma ____________________________________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  <w:b/>
        </w:rPr>
        <w:t>INFORMATIVA SUL TRATTAMENTO DEI DATI PERSONALI</w:t>
      </w:r>
    </w:p>
    <w:p w:rsidR="00D72F65" w:rsidRPr="002007B8" w:rsidRDefault="00DF450A" w:rsidP="009D2C09">
      <w:pPr>
        <w:jc w:val="both"/>
        <w:rPr>
          <w:rFonts w:cs="Times New Roman"/>
        </w:rPr>
      </w:pPr>
      <w:r w:rsidRPr="002007B8">
        <w:rPr>
          <w:rFonts w:cs="Times New Roman"/>
        </w:rPr>
        <w:t>Ai sensi del Regolamento (UE) 2016/679 e del D.Lgs. n. 196/2003 e successive modificazioni, i dati personali forniti saranno trattati dal Comune di Castelvetrano esclusivamente per le finalità connesse alla gestione della presente procedura e agli eventuali conseguenti rapporti di collaborazione.</w:t>
      </w:r>
    </w:p>
    <w:sectPr w:rsidR="00D72F65" w:rsidRPr="002007B8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1100FE"/>
    <w:rsid w:val="0015074B"/>
    <w:rsid w:val="002007B8"/>
    <w:rsid w:val="0029639D"/>
    <w:rsid w:val="00326F90"/>
    <w:rsid w:val="0043168B"/>
    <w:rsid w:val="00466E7F"/>
    <w:rsid w:val="004871E4"/>
    <w:rsid w:val="008B7433"/>
    <w:rsid w:val="009D2C09"/>
    <w:rsid w:val="00AA1D8D"/>
    <w:rsid w:val="00B47730"/>
    <w:rsid w:val="00C70B12"/>
    <w:rsid w:val="00CB0664"/>
    <w:rsid w:val="00D72F65"/>
    <w:rsid w:val="00DF450A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9C2864-5CD9-4D20-8F1D-A2521285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6421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MAURIZIO</cp:lastModifiedBy>
  <cp:revision>2</cp:revision>
  <cp:lastPrinted>2026-09-03T07:52:00Z</cp:lastPrinted>
  <dcterms:created xsi:type="dcterms:W3CDTF">2026-09-03T08:16:00Z</dcterms:created>
  <dcterms:modified xsi:type="dcterms:W3CDTF">2026-09-03T08:16:00Z</dcterms:modified>
</cp:coreProperties>
</file>